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C17037" w:rsidRPr="007A7E36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7A7E36" w:rsidRPr="007A7E36" w:rsidRDefault="007A7E36" w:rsidP="007A7E36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7A7E36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: </w:t>
            </w:r>
            <w:r w:rsidRPr="007A7E36">
              <w:rPr>
                <w:rFonts w:ascii="Trebuchet MS" w:hAnsi="Trebuchet MS"/>
                <w:b/>
                <w:sz w:val="17"/>
              </w:rPr>
              <w:t>HARGHITA</w:t>
            </w:r>
          </w:p>
          <w:p w:rsidR="00C17037" w:rsidRPr="007A7E36" w:rsidRDefault="007A7E36" w:rsidP="007A7E36">
            <w:pPr>
              <w:spacing w:after="40"/>
              <w:rPr>
                <w:rFonts w:ascii="Trebuchet MS" w:hAnsi="Trebuchet MS"/>
              </w:rPr>
            </w:pPr>
            <w:proofErr w:type="spellStart"/>
            <w:r w:rsidRPr="007A7E36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7A7E36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7A7E36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: </w:t>
            </w:r>
            <w:r w:rsidRPr="007A7E36">
              <w:rPr>
                <w:rFonts w:ascii="Trebuchet MS" w:hAnsi="Trebuchet MS"/>
                <w:b/>
                <w:sz w:val="17"/>
              </w:rPr>
              <w:t>COMUNA LĂZAREA</w:t>
            </w:r>
            <w:r w:rsidRPr="007A7E36">
              <w:rPr>
                <w:rFonts w:ascii="Trebuchet MS" w:hAnsi="Trebuchet MS"/>
                <w:sz w:val="17"/>
              </w:rPr>
              <w:br/>
            </w:r>
            <w:proofErr w:type="spellStart"/>
            <w:r w:rsidRPr="007A7E36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7A7E36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7A7E36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7A7E36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7A7E36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7A7E36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7A7E36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7A7E36">
              <w:rPr>
                <w:rFonts w:ascii="Trebuchet MS" w:hAnsi="Trebuchet MS"/>
                <w:b/>
                <w:sz w:val="17"/>
              </w:rPr>
              <w:br/>
            </w:r>
            <w:r w:rsidRPr="007A7E36">
              <w:rPr>
                <w:rFonts w:ascii="Trebuchet MS" w:hAnsi="Trebuchet MS"/>
                <w:sz w:val="17"/>
              </w:rPr>
              <w:t xml:space="preserve">CIF: </w:t>
            </w:r>
            <w:r w:rsidRPr="007A7E36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7A7E36" w:rsidRDefault="007A7E36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76285D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3542615A" wp14:editId="4E9D823A">
                  <wp:simplePos x="0" y="0"/>
                  <wp:positionH relativeFrom="margin">
                    <wp:posOffset>873125</wp:posOffset>
                  </wp:positionH>
                  <wp:positionV relativeFrom="margin">
                    <wp:posOffset>101600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7E36">
              <w:rPr>
                <w:rFonts w:ascii="Trebuchet MS" w:hAnsi="Trebuchet MS"/>
                <w:b/>
                <w:sz w:val="17"/>
              </w:rPr>
              <w:br/>
            </w:r>
          </w:p>
          <w:p w:rsidR="007A7E36" w:rsidRDefault="007A7E36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7A7E36" w:rsidRDefault="007A7E36" w:rsidP="007A7E36">
            <w:pPr>
              <w:rPr>
                <w:rFonts w:ascii="Trebuchet MS" w:hAnsi="Trebuchet MS"/>
                <w:b/>
                <w:sz w:val="17"/>
              </w:rPr>
            </w:pPr>
          </w:p>
          <w:p w:rsidR="00C17037" w:rsidRPr="007A7E36" w:rsidRDefault="007A7E36" w:rsidP="007A7E36">
            <w:pPr>
              <w:jc w:val="center"/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b/>
                <w:sz w:val="17"/>
              </w:rPr>
              <w:t xml:space="preserve">F_NOT_01 - </w:t>
            </w:r>
            <w:proofErr w:type="spellStart"/>
            <w:r w:rsidRPr="007A7E36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7A7E36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7A7E36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7A7E36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C17037" w:rsidRPr="007A7E36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C17037" w:rsidRPr="007A7E36" w:rsidRDefault="007A7E36">
            <w:pPr>
              <w:jc w:val="center"/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b/>
                <w:sz w:val="21"/>
              </w:rPr>
              <w:t>NOTIFICARE PRIVIND EXECUTAREA LUCRĂRILOR (PROCEDURĂ SIMPLIFICATĂ)</w:t>
            </w:r>
          </w:p>
        </w:tc>
      </w:tr>
    </w:tbl>
    <w:p w:rsidR="00C17037" w:rsidRPr="007A7E36" w:rsidRDefault="00C17037">
      <w:pPr>
        <w:spacing w:after="80"/>
        <w:rPr>
          <w:rFonts w:ascii="Trebuchet MS" w:hAnsi="Trebuchet MS"/>
        </w:rPr>
      </w:pP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  <w:b/>
        </w:rPr>
        <w:t>1. CĂTRE</w:t>
      </w:r>
      <w:bookmarkStart w:id="0" w:name="_GoBack"/>
      <w:bookmarkEnd w:id="0"/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1720941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primăria munic</w:t>
      </w:r>
      <w:r w:rsidRPr="007A7E36">
        <w:rPr>
          <w:rFonts w:ascii="Trebuchet MS" w:hAnsi="Trebuchet MS"/>
          <w:sz w:val="18"/>
        </w:rPr>
        <w:t>ipiului / orașului / comunei</w:t>
      </w:r>
      <w:r w:rsidRPr="007A7E36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206261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primăria de sector</w:t>
      </w:r>
      <w:r w:rsidRPr="007A7E36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35157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consiliul județean</w:t>
      </w:r>
    </w:p>
    <w:p w:rsidR="007A7E36" w:rsidRPr="007A7E36" w:rsidRDefault="007A7E36">
      <w:pPr>
        <w:spacing w:after="80"/>
        <w:rPr>
          <w:rFonts w:ascii="Trebuchet MS" w:hAnsi="Trebuchet MS"/>
          <w:b/>
          <w:i/>
          <w:sz w:val="20"/>
        </w:rPr>
      </w:pPr>
      <w:r w:rsidRPr="007A7E36">
        <w:rPr>
          <w:rFonts w:ascii="Trebuchet MS" w:hAnsi="Trebuchet MS"/>
          <w:b/>
          <w:i/>
          <w:sz w:val="20"/>
        </w:rPr>
        <w:t>PRIMĂRIA COMUNEI LĂZAREA</w:t>
      </w:r>
    </w:p>
    <w:p w:rsidR="00C17037" w:rsidRPr="007A7E36" w:rsidRDefault="007A7E36">
      <w:pPr>
        <w:spacing w:after="80"/>
        <w:rPr>
          <w:rFonts w:ascii="Trebuchet MS" w:hAnsi="Trebuchet MS"/>
        </w:rPr>
      </w:pPr>
      <w:proofErr w:type="spellStart"/>
      <w:r w:rsidRPr="007A7E36">
        <w:rPr>
          <w:rFonts w:ascii="Trebuchet MS" w:hAnsi="Trebuchet MS"/>
          <w:i/>
          <w:sz w:val="16"/>
        </w:rPr>
        <w:t>Cererea</w:t>
      </w:r>
      <w:proofErr w:type="spellEnd"/>
      <w:r w:rsidRPr="007A7E36">
        <w:rPr>
          <w:rFonts w:ascii="Trebuchet MS" w:hAnsi="Trebuchet MS"/>
          <w:i/>
          <w:sz w:val="16"/>
        </w:rPr>
        <w:t xml:space="preserve"> </w:t>
      </w:r>
      <w:proofErr w:type="spellStart"/>
      <w:r w:rsidRPr="007A7E36">
        <w:rPr>
          <w:rFonts w:ascii="Trebuchet MS" w:hAnsi="Trebuchet MS"/>
          <w:i/>
          <w:sz w:val="16"/>
        </w:rPr>
        <w:t>va</w:t>
      </w:r>
      <w:proofErr w:type="spellEnd"/>
      <w:r w:rsidRPr="007A7E36">
        <w:rPr>
          <w:rFonts w:ascii="Trebuchet MS" w:hAnsi="Trebuchet MS"/>
          <w:i/>
          <w:sz w:val="16"/>
        </w:rPr>
        <w:t xml:space="preserve"> fi </w:t>
      </w:r>
      <w:proofErr w:type="spellStart"/>
      <w:r w:rsidRPr="007A7E36">
        <w:rPr>
          <w:rFonts w:ascii="Trebuchet MS" w:hAnsi="Trebuchet MS"/>
          <w:i/>
          <w:sz w:val="16"/>
        </w:rPr>
        <w:t>transmisă</w:t>
      </w:r>
      <w:proofErr w:type="spellEnd"/>
      <w:r w:rsidRPr="007A7E36">
        <w:rPr>
          <w:rFonts w:ascii="Trebuchet MS" w:hAnsi="Trebuchet MS"/>
          <w:i/>
          <w:sz w:val="16"/>
        </w:rPr>
        <w:t xml:space="preserve"> către președintele consiliului județean, primarul general, primarul de sector sau primarul municipiului/orașului/comunei, după caz.</w:t>
      </w: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C17037" w:rsidRPr="007A7E3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N</w:t>
            </w:r>
            <w:r w:rsidRPr="007A7E36">
              <w:rPr>
                <w:rFonts w:ascii="Trebuchet MS" w:hAnsi="Trebuchet MS"/>
                <w:sz w:val="17"/>
              </w:rPr>
              <w:t xml:space="preserve">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C17037" w:rsidRPr="007A7E3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7A7E36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7A7E36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7A7E36">
              <w:rPr>
                <w:rFonts w:ascii="Trebuchet MS" w:hAnsi="Trebuchet MS"/>
                <w:sz w:val="17"/>
              </w:rPr>
              <w:br/>
              <w:t xml:space="preserve">Sat/sector: </w:t>
            </w:r>
            <w:r w:rsidRPr="007A7E36">
              <w:rPr>
                <w:rFonts w:ascii="Trebuchet MS" w:hAnsi="Trebuchet MS"/>
                <w:sz w:val="17"/>
              </w:rPr>
              <w:t>.................... Str. ............................</w:t>
            </w:r>
            <w:r w:rsidRPr="007A7E36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C17037" w:rsidRPr="007A7E3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C17037" w:rsidRPr="007A7E3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În calitate de reprezentant</w:t>
            </w:r>
            <w:r w:rsidRPr="007A7E36">
              <w:rPr>
                <w:rFonts w:ascii="Trebuchet MS" w:hAnsi="Trebuchet MS"/>
                <w:sz w:val="17"/>
              </w:rPr>
              <w:t xml:space="preserve">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C17037" w:rsidRPr="007A7E36" w:rsidRDefault="00C17037">
      <w:pPr>
        <w:spacing w:after="60"/>
        <w:rPr>
          <w:rFonts w:ascii="Trebuchet MS" w:hAnsi="Trebuchet MS"/>
        </w:rPr>
      </w:pP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</w:rPr>
        <w:t xml:space="preserve">3. IMOBILUL: </w:t>
      </w:r>
      <w:sdt>
        <w:sdtPr>
          <w:rPr>
            <w:rFonts w:ascii="Trebuchet MS" w:hAnsi="Trebuchet MS"/>
          </w:rPr>
          <w:id w:val="1418292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intravilan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3010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extravilan</w:t>
      </w:r>
      <w:r w:rsidRPr="007A7E36">
        <w:rPr>
          <w:rFonts w:ascii="Trebuchet MS" w:hAnsi="Trebuchet MS"/>
        </w:rPr>
        <w:t xml:space="preserve">  |  </w:t>
      </w:r>
      <w:sdt>
        <w:sdtPr>
          <w:rPr>
            <w:rFonts w:ascii="Trebuchet MS" w:hAnsi="Trebuchet MS"/>
          </w:rPr>
          <w:id w:val="1889986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mediu rural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85808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mediu urban</w:t>
      </w:r>
      <w:r w:rsidRPr="007A7E36">
        <w:rPr>
          <w:rFonts w:ascii="Trebuchet MS" w:hAnsi="Trebuchet MS"/>
        </w:rPr>
        <w:t xml:space="preserve">  | Localitate rurală în zonă metropolitană: </w:t>
      </w:r>
      <w:sdt>
        <w:sdtPr>
          <w:rPr>
            <w:rFonts w:ascii="Trebuchet MS" w:hAnsi="Trebuchet MS"/>
          </w:rPr>
          <w:id w:val="-1992787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DA</w:t>
      </w:r>
      <w:r w:rsidRPr="007A7E36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-901140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NU</w:t>
      </w:r>
      <w:r w:rsidRPr="007A7E36">
        <w:rPr>
          <w:rFonts w:ascii="Trebuchet MS" w:hAnsi="Trebuchet MS"/>
        </w:rPr>
        <w:br/>
        <w:t>În temeiul art. 294-298 di</w:t>
      </w:r>
      <w:r w:rsidRPr="007A7E36">
        <w:rPr>
          <w:rFonts w:ascii="Trebuchet MS" w:hAnsi="Trebuchet MS"/>
        </w:rPr>
        <w:t>n Legea nr. 169/2026 privind Codul amenajării teritoriului, urbanismului și construcțiilor, NOTIFIC executarea următoarelor lucrări:</w:t>
      </w: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  <w:b/>
        </w:rPr>
        <w:t>4. ÎNCADRAREA LUCRĂRILOR NOTIFICATE:</w:t>
      </w:r>
      <w:r w:rsidRPr="007A7E36">
        <w:rPr>
          <w:rFonts w:ascii="Trebuchet MS" w:hAnsi="Trebuchet MS"/>
          <w:b/>
        </w:rPr>
        <w:br/>
      </w:r>
      <w:r w:rsidRPr="007A7E36">
        <w:rPr>
          <w:rFonts w:ascii="Trebuchet MS" w:hAnsi="Trebuchet MS"/>
        </w:rPr>
        <w:t>A. Lucrări noi în mediul rural în intravilan [art. 294 alin. (2) lit. a)]:</w:t>
      </w:r>
      <w:r w:rsidRPr="007A7E36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208078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A.1 Con</w:t>
      </w:r>
      <w:r w:rsidRPr="007A7E36">
        <w:rPr>
          <w:rFonts w:ascii="Trebuchet MS" w:hAnsi="Trebuchet MS"/>
          <w:sz w:val="18"/>
        </w:rPr>
        <w:t>strucții noi exterioare locuinței unifamiliale (garaje, terase, pergole, piscine...)</w:t>
      </w:r>
      <w:r w:rsidRPr="007A7E36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383218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A.2 O singură locuință unifamilială (P sau D+P, max. 150 mp): </w:t>
      </w:r>
      <w:sdt>
        <w:sdtPr>
          <w:rPr>
            <w:rFonts w:ascii="Trebuchet MS" w:hAnsi="Trebuchet MS"/>
          </w:rPr>
          <w:id w:val="1370800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proiect individual</w:t>
      </w:r>
      <w:r w:rsidRPr="007A7E36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</w:rPr>
          <w:id w:val="128431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proiect-tip</w:t>
      </w:r>
      <w:r w:rsidRPr="007A7E36">
        <w:rPr>
          <w:rFonts w:ascii="Trebuchet MS" w:hAnsi="Trebuchet MS"/>
        </w:rPr>
        <w:br/>
        <w:t xml:space="preserve">B. Intervenții la construcții existente [art. 294 alin. (2) lit. </w:t>
      </w:r>
      <w:r w:rsidRPr="007A7E36">
        <w:rPr>
          <w:rFonts w:ascii="Trebuchet MS" w:hAnsi="Trebuchet MS"/>
        </w:rPr>
        <w:t>b)]:</w:t>
      </w:r>
      <w:r w:rsidRPr="007A7E36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154645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B.1 împrejmuiri noi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341041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B.2 înlocuire/reconfigurare acoperiș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90964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B.3 mansardă în pod existent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7110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B.4 extindere baie/bucătărie / închidere logii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890465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B.5 compartimentări nestructurale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35485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B.6 fațade fără rol structural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715935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B.7 reabilitare ter</w:t>
      </w:r>
      <w:r w:rsidRPr="007A7E36">
        <w:rPr>
          <w:rFonts w:ascii="Trebuchet MS" w:hAnsi="Trebuchet MS"/>
          <w:sz w:val="18"/>
        </w:rPr>
        <w:t>mică (max 3 niv)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30759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B.8 compartimentări ușoare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64280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B.9 schimbare destinație fără lucrări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3906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B.10 grupuri sanitare/camere tehnice (&lt;=25 mp)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65771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B.11 reparații rețele</w:t>
      </w:r>
      <w:r w:rsidRPr="007A7E36">
        <w:rPr>
          <w:rFonts w:ascii="Trebuchet MS" w:hAnsi="Trebuchet MS"/>
        </w:rPr>
        <w:t xml:space="preserve">  </w:t>
      </w:r>
      <w:r w:rsidRPr="007A7E36">
        <w:rPr>
          <w:rFonts w:ascii="Trebuchet MS" w:hAnsi="Trebuchet MS"/>
        </w:rPr>
        <w:br/>
        <w:t>C. În zone de protecție / zone construite protejate [art. 294 alin. (3)]:</w:t>
      </w:r>
      <w:r w:rsidRPr="007A7E36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695154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C.1 r</w:t>
      </w:r>
      <w:r w:rsidRPr="007A7E36">
        <w:rPr>
          <w:rFonts w:ascii="Trebuchet MS" w:hAnsi="Trebuchet MS"/>
          <w:sz w:val="18"/>
        </w:rPr>
        <w:t>eparații/întreținere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14180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C.2 reparații interioare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920761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C.3 reparații împrejmuiri/acoperiș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739456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C.4 compartimentări ușoare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341059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C.5 schimbare destinație fără lucrări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2115039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C.6 instalații securitate la incendiu</w:t>
      </w:r>
      <w:r w:rsidRPr="007A7E36">
        <w:rPr>
          <w:rFonts w:ascii="Trebuchet MS" w:hAnsi="Trebuchet MS"/>
        </w:rPr>
        <w:t xml:space="preserve">  </w:t>
      </w:r>
      <w:r w:rsidRPr="007A7E36">
        <w:rPr>
          <w:rFonts w:ascii="Trebuchet MS" w:hAnsi="Trebuchet MS"/>
        </w:rPr>
        <w:br/>
        <w:t>D. Amenajări [art. 294 alin. (4)]:</w:t>
      </w:r>
      <w:r w:rsidRPr="007A7E36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026522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D.1 ca</w:t>
      </w:r>
      <w:r w:rsidRPr="007A7E36">
        <w:rPr>
          <w:rFonts w:ascii="Trebuchet MS" w:hAnsi="Trebuchet MS"/>
          <w:sz w:val="18"/>
        </w:rPr>
        <w:t>mpinguri/tabere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80823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D.2 modificări camping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672950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D.3 teren sport fără public (max 2ha)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024246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D.4 spații publice/grădini fațadă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652790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D.5 trotuare/ziduri sprijin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96426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D.6 perdele forestiere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-1627003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D.7 construcții funerare</w:t>
      </w:r>
      <w:r w:rsidRPr="007A7E36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99992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D.8 rampe dizabilități</w:t>
      </w:r>
      <w:r w:rsidRPr="007A7E36">
        <w:rPr>
          <w:rFonts w:ascii="Trebuchet MS" w:hAnsi="Trebuchet MS"/>
        </w:rPr>
        <w:t xml:space="preserve">  </w:t>
      </w: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</w:rPr>
        <w:t xml:space="preserve">5. </w:t>
      </w:r>
      <w:r w:rsidRPr="007A7E36">
        <w:rPr>
          <w:rFonts w:ascii="Trebuchet MS" w:hAnsi="Trebuchet MS"/>
        </w:rPr>
        <w:t>Proiect tehnic simplificat. 6. Anexe. 7. Răspunderea și obligațiile legale (panou șantier, recepție).</w:t>
      </w: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  <w:b/>
        </w:rPr>
        <w:lastRenderedPageBreak/>
        <w:t>8. COMUNICAREA RĂSPUNSULUI</w:t>
      </w:r>
    </w:p>
    <w:p w:rsidR="00C17037" w:rsidRPr="007A7E36" w:rsidRDefault="007A7E3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570685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în format scris, prin poștă</w:t>
      </w:r>
      <w:r w:rsidRPr="007A7E36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5966775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în format digital, la adresa de e-mail indicată</w:t>
      </w:r>
      <w:r w:rsidRPr="007A7E36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380622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A7E36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7A7E36">
        <w:rPr>
          <w:rFonts w:ascii="Trebuchet MS" w:hAnsi="Trebuchet MS"/>
          <w:sz w:val="18"/>
        </w:rPr>
        <w:t xml:space="preserve"> ridicare de la sediul autorităț</w:t>
      </w:r>
      <w:r w:rsidRPr="007A7E36">
        <w:rPr>
          <w:rFonts w:ascii="Trebuchet MS" w:hAnsi="Trebuchet MS"/>
          <w:sz w:val="18"/>
        </w:rPr>
        <w:t>ii</w:t>
      </w:r>
    </w:p>
    <w:p w:rsidR="00C17037" w:rsidRPr="007A7E36" w:rsidRDefault="007A7E36">
      <w:pPr>
        <w:rPr>
          <w:rFonts w:ascii="Trebuchet MS" w:hAnsi="Trebuchet MS"/>
        </w:rPr>
      </w:pPr>
      <w:r w:rsidRPr="007A7E36">
        <w:rPr>
          <w:rFonts w:ascii="Trebuchet MS" w:hAnsi="Trebuchet MS"/>
          <w:b/>
        </w:rPr>
        <w:t>9.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C17037" w:rsidRPr="007A7E36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C17037" w:rsidRPr="007A7E36" w:rsidRDefault="007A7E36">
            <w:pPr>
              <w:rPr>
                <w:rFonts w:ascii="Trebuchet MS" w:hAnsi="Trebuchet MS"/>
              </w:rPr>
            </w:pPr>
            <w:r w:rsidRPr="007A7E36">
              <w:rPr>
                <w:rFonts w:ascii="Trebuchet MS" w:hAnsi="Trebuchet MS"/>
                <w:sz w:val="18"/>
              </w:rPr>
              <w:t>Beneficiarul / Reprezentantul: ........................................</w:t>
            </w:r>
            <w:r w:rsidRPr="007A7E36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C17037" w:rsidRPr="007A7E36" w:rsidRDefault="00C17037">
      <w:pPr>
        <w:spacing w:after="80"/>
        <w:rPr>
          <w:rFonts w:ascii="Trebuchet MS" w:hAnsi="Trebuchet MS"/>
        </w:rPr>
      </w:pPr>
    </w:p>
    <w:sectPr w:rsidR="00C17037" w:rsidRPr="007A7E36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7E36"/>
    <w:rsid w:val="00AA1D8D"/>
    <w:rsid w:val="00B47730"/>
    <w:rsid w:val="00C1703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9BE52"/>
  <w14:defaultImageDpi w14:val="300"/>
  <w15:docId w15:val="{364FB015-FDD2-4238-87CE-D55707314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D3F5D7-14B6-47D2-81F6-AFDAA2E55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2026-09-11T07:43:00Z</dcterms:created>
  <dcterms:modified xsi:type="dcterms:W3CDTF">2026-09-11T07:43:00Z</dcterms:modified>
  <cp:category/>
</cp:coreProperties>
</file>